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0B99" w14:textId="49C0D259" w:rsidR="006A2414" w:rsidRPr="001E4E61" w:rsidRDefault="00A92E30">
      <w:pPr>
        <w:pStyle w:val="Titolo2"/>
        <w:rPr>
          <w:lang w:val="it-CH"/>
        </w:rPr>
      </w:pPr>
      <w:r w:rsidRPr="001E4E61">
        <w:rPr>
          <w:lang w:val="it-CH"/>
        </w:rPr>
        <w:t>D</w:t>
      </w:r>
      <w:r w:rsidR="001E4E61">
        <w:rPr>
          <w:lang w:val="it-CH"/>
        </w:rPr>
        <w:t>IARIO ALIMENTARE</w:t>
      </w:r>
    </w:p>
    <w:p w14:paraId="6125D69B" w14:textId="29C5476E" w:rsidR="006A2414" w:rsidRPr="001E4E61" w:rsidRDefault="00A92E30">
      <w:pPr>
        <w:rPr>
          <w:rFonts w:asciiTheme="majorHAnsi" w:hAnsiTheme="majorHAnsi" w:cstheme="majorHAnsi"/>
          <w:lang w:val="it-CH"/>
        </w:rPr>
      </w:pPr>
      <w:r w:rsidRPr="001E4E61">
        <w:rPr>
          <w:rFonts w:asciiTheme="majorHAnsi" w:hAnsiTheme="majorHAnsi" w:cstheme="majorHAnsi"/>
          <w:lang w:val="it-CH"/>
        </w:rPr>
        <w:t xml:space="preserve">Compila il diario per </w:t>
      </w:r>
      <w:r w:rsidR="007F64A4">
        <w:rPr>
          <w:rFonts w:asciiTheme="majorHAnsi" w:hAnsiTheme="majorHAnsi" w:cstheme="majorHAnsi"/>
          <w:lang w:val="it-CH"/>
        </w:rPr>
        <w:t>una settimana</w:t>
      </w:r>
      <w:r w:rsidRPr="001E4E61">
        <w:rPr>
          <w:rFonts w:asciiTheme="majorHAnsi" w:hAnsiTheme="majorHAnsi" w:cstheme="majorHAnsi"/>
          <w:lang w:val="it-CH"/>
        </w:rPr>
        <w:t>.</w:t>
      </w:r>
      <w:r w:rsidRPr="001E4E61">
        <w:rPr>
          <w:rFonts w:asciiTheme="majorHAnsi" w:hAnsiTheme="majorHAnsi" w:cstheme="majorHAnsi"/>
          <w:lang w:val="it-CH"/>
        </w:rPr>
        <w:br/>
        <w:t>Scrivi tutto ciò che mangi e bevi, indicando orario e quantità approssimative.</w:t>
      </w:r>
      <w:r w:rsidRPr="001E4E61">
        <w:rPr>
          <w:rFonts w:asciiTheme="majorHAnsi" w:hAnsiTheme="majorHAnsi" w:cstheme="majorHAnsi"/>
          <w:lang w:val="it-CH"/>
        </w:rPr>
        <w:br/>
      </w:r>
    </w:p>
    <w:p w14:paraId="03A6D2FA" w14:textId="2C9BE355" w:rsidR="006A2414" w:rsidRPr="001E4E61" w:rsidRDefault="00A92E30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rFonts w:cstheme="majorHAnsi"/>
          <w:sz w:val="24"/>
          <w:szCs w:val="24"/>
          <w:lang w:val="it-CH"/>
        </w:rPr>
        <w:t>Giorno 1</w:t>
      </w:r>
      <w:r w:rsidR="001E4E61"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6A2414" w:rsidRPr="007F64A4" w14:paraId="517EAFA8" w14:textId="77777777">
        <w:tc>
          <w:tcPr>
            <w:tcW w:w="1728" w:type="dxa"/>
          </w:tcPr>
          <w:p w14:paraId="31F86C0E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22562782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5E367892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6ABC6AC7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59594A27" w14:textId="684E7F22" w:rsidR="006A2414" w:rsidRPr="007F64A4" w:rsidRDefault="00A92E30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</w:t>
            </w:r>
            <w:r w:rsidR="007F64A4" w:rsidRPr="007F64A4">
              <w:rPr>
                <w:rFonts w:asciiTheme="majorHAnsi" w:hAnsiTheme="majorHAnsi" w:cstheme="majorHAnsi"/>
                <w:b/>
                <w:bCs/>
                <w:lang w:val="it-CH"/>
              </w:rPr>
              <w:t>: come ti sei s</w:t>
            </w:r>
            <w:r w:rsidR="007F64A4"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6A2414" w:rsidRPr="001E4E61" w14:paraId="5F64156F" w14:textId="77777777">
        <w:tc>
          <w:tcPr>
            <w:tcW w:w="1728" w:type="dxa"/>
          </w:tcPr>
          <w:p w14:paraId="042592AE" w14:textId="77777777" w:rsidR="006A2414" w:rsidRPr="007F64A4" w:rsidRDefault="006A2414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3078DE1A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27ED4A76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54E617D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AFEE355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0DAF2F20" w14:textId="77777777">
        <w:tc>
          <w:tcPr>
            <w:tcW w:w="1728" w:type="dxa"/>
          </w:tcPr>
          <w:p w14:paraId="1D973033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C20C515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20358515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03F30EC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344B3B6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32B3B702" w14:textId="77777777">
        <w:tc>
          <w:tcPr>
            <w:tcW w:w="1728" w:type="dxa"/>
          </w:tcPr>
          <w:p w14:paraId="14AFA895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1E31A52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70758C7C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89B62F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C2F6EA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514B8A4A" w14:textId="77777777">
        <w:tc>
          <w:tcPr>
            <w:tcW w:w="1728" w:type="dxa"/>
          </w:tcPr>
          <w:p w14:paraId="33809B1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7CBD478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11A2E221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0C9B9F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5F13358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5D5A0F05" w14:textId="77777777">
        <w:tc>
          <w:tcPr>
            <w:tcW w:w="1728" w:type="dxa"/>
          </w:tcPr>
          <w:p w14:paraId="5A05121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F9515EB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6576860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EFF9F98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F9A4BC7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64371841" w14:textId="77777777">
        <w:tc>
          <w:tcPr>
            <w:tcW w:w="1728" w:type="dxa"/>
          </w:tcPr>
          <w:p w14:paraId="62FF2B39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22A25EF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55FE482B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7238DB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9FF5A46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</w:tbl>
    <w:p w14:paraId="30AA53E0" w14:textId="174D4736" w:rsidR="006A2414" w:rsidRPr="001E4E61" w:rsidRDefault="001E4E61" w:rsidP="001E4E61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rFonts w:cstheme="majorHAnsi"/>
          <w:sz w:val="24"/>
          <w:szCs w:val="24"/>
          <w:lang w:val="it-CH"/>
        </w:rPr>
        <w:t xml:space="preserve">Giorno </w:t>
      </w:r>
      <w:r>
        <w:rPr>
          <w:rFonts w:cstheme="majorHAnsi"/>
          <w:sz w:val="24"/>
          <w:szCs w:val="24"/>
          <w:lang w:val="it-CH"/>
        </w:rPr>
        <w:t>2</w:t>
      </w:r>
      <w:r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6A2414" w:rsidRPr="007F64A4" w14:paraId="620F53C3" w14:textId="77777777">
        <w:tc>
          <w:tcPr>
            <w:tcW w:w="1728" w:type="dxa"/>
          </w:tcPr>
          <w:p w14:paraId="11607F2F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3DFBFA80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06C5E4D5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70E87B2B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21CA1EE1" w14:textId="3E2990C3" w:rsidR="006A2414" w:rsidRPr="007F64A4" w:rsidRDefault="007F64A4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Note: come ti sei s</w:t>
            </w:r>
            <w:r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6A2414" w:rsidRPr="001E4E61" w14:paraId="65FEDF07" w14:textId="77777777">
        <w:tc>
          <w:tcPr>
            <w:tcW w:w="1728" w:type="dxa"/>
          </w:tcPr>
          <w:p w14:paraId="010D3842" w14:textId="77777777" w:rsidR="006A2414" w:rsidRPr="007F64A4" w:rsidRDefault="006A2414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7333FC56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2C647092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43F63B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EE017D4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03C9F78B" w14:textId="77777777">
        <w:tc>
          <w:tcPr>
            <w:tcW w:w="1728" w:type="dxa"/>
          </w:tcPr>
          <w:p w14:paraId="7DBF0687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46A53F8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1E240C5D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7FB1942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704F223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0214F1D1" w14:textId="77777777">
        <w:tc>
          <w:tcPr>
            <w:tcW w:w="1728" w:type="dxa"/>
          </w:tcPr>
          <w:p w14:paraId="762A4644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ED69670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19562AB8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9B19B21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D99030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7D67C776" w14:textId="77777777">
        <w:tc>
          <w:tcPr>
            <w:tcW w:w="1728" w:type="dxa"/>
          </w:tcPr>
          <w:p w14:paraId="788D9818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B10C143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7CD31183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853B744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EAA7C1A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0A8CC1DF" w14:textId="77777777">
        <w:tc>
          <w:tcPr>
            <w:tcW w:w="1728" w:type="dxa"/>
          </w:tcPr>
          <w:p w14:paraId="115BE7CA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DD7F5D8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30FF218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6B7265E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B47BF8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0EA34875" w14:textId="77777777">
        <w:tc>
          <w:tcPr>
            <w:tcW w:w="1728" w:type="dxa"/>
          </w:tcPr>
          <w:p w14:paraId="54F6314C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3CE0DAD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12EF49E4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0F27178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FF7C09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</w:tbl>
    <w:p w14:paraId="291F5DFD" w14:textId="0B512B1C" w:rsidR="006A2414" w:rsidRPr="001E4E61" w:rsidRDefault="001E4E61" w:rsidP="001E4E61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rFonts w:cstheme="majorHAnsi"/>
          <w:sz w:val="24"/>
          <w:szCs w:val="24"/>
          <w:lang w:val="it-CH"/>
        </w:rPr>
        <w:t xml:space="preserve">Giorno </w:t>
      </w:r>
      <w:r>
        <w:rPr>
          <w:rFonts w:cstheme="majorHAnsi"/>
          <w:sz w:val="24"/>
          <w:szCs w:val="24"/>
          <w:lang w:val="it-CH"/>
        </w:rPr>
        <w:t>3</w:t>
      </w:r>
      <w:r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6A2414" w:rsidRPr="007F64A4" w14:paraId="300AAF67" w14:textId="77777777">
        <w:tc>
          <w:tcPr>
            <w:tcW w:w="1728" w:type="dxa"/>
          </w:tcPr>
          <w:p w14:paraId="33657034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558E44B2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4DEE3748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46CB9E19" w14:textId="77777777" w:rsidR="006A2414" w:rsidRPr="001E4E61" w:rsidRDefault="00A92E30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0C7CEFDD" w14:textId="2306D1B3" w:rsidR="006A2414" w:rsidRPr="007F64A4" w:rsidRDefault="007F64A4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Note: come ti sei s</w:t>
            </w:r>
            <w:r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6A2414" w:rsidRPr="001E4E61" w14:paraId="458D2539" w14:textId="77777777">
        <w:tc>
          <w:tcPr>
            <w:tcW w:w="1728" w:type="dxa"/>
          </w:tcPr>
          <w:p w14:paraId="24F7CC26" w14:textId="77777777" w:rsidR="006A2414" w:rsidRPr="007F64A4" w:rsidRDefault="006A2414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515F9D74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5C284833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066BD4C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078CE3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32B163AE" w14:textId="77777777">
        <w:tc>
          <w:tcPr>
            <w:tcW w:w="1728" w:type="dxa"/>
          </w:tcPr>
          <w:p w14:paraId="52D9C97B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813625B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6AB0FB66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2A956B1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56F8796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6276F081" w14:textId="77777777">
        <w:tc>
          <w:tcPr>
            <w:tcW w:w="1728" w:type="dxa"/>
          </w:tcPr>
          <w:p w14:paraId="5A49CA0C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BD92545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3477AC06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E0F217E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584CB45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488AF723" w14:textId="77777777">
        <w:tc>
          <w:tcPr>
            <w:tcW w:w="1728" w:type="dxa"/>
          </w:tcPr>
          <w:p w14:paraId="07F567EC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CA08127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6487ACC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3FB3E0E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888860A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1237452D" w14:textId="77777777">
        <w:tc>
          <w:tcPr>
            <w:tcW w:w="1728" w:type="dxa"/>
          </w:tcPr>
          <w:p w14:paraId="1637DAD3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7D293B6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64799CC2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87FB132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5BD8229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  <w:tr w:rsidR="006A2414" w:rsidRPr="001E4E61" w14:paraId="6DBD3C72" w14:textId="77777777">
        <w:tc>
          <w:tcPr>
            <w:tcW w:w="1728" w:type="dxa"/>
          </w:tcPr>
          <w:p w14:paraId="6D658080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9FF8E55" w14:textId="77777777" w:rsidR="006A2414" w:rsidRPr="001E4E61" w:rsidRDefault="00A92E30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0C043902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90BCB4F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4835769" w14:textId="77777777" w:rsidR="006A2414" w:rsidRPr="001E4E61" w:rsidRDefault="006A2414">
            <w:pPr>
              <w:rPr>
                <w:rFonts w:asciiTheme="majorHAnsi" w:hAnsiTheme="majorHAnsi" w:cstheme="majorHAnsi"/>
              </w:rPr>
            </w:pPr>
          </w:p>
        </w:tc>
      </w:tr>
    </w:tbl>
    <w:p w14:paraId="1959BEC9" w14:textId="4DB0484A" w:rsidR="00DB185D" w:rsidRDefault="00DB185D" w:rsidP="007F64A4">
      <w:pPr>
        <w:pStyle w:val="Titolo3"/>
        <w:rPr>
          <w:lang w:val="it-CH"/>
        </w:rPr>
      </w:pPr>
    </w:p>
    <w:p w14:paraId="7ED21F3D" w14:textId="77777777" w:rsidR="00DB185D" w:rsidRDefault="00DB185D">
      <w:pPr>
        <w:rPr>
          <w:rFonts w:asciiTheme="majorHAnsi" w:eastAsiaTheme="majorEastAsia" w:hAnsiTheme="majorHAnsi" w:cstheme="majorBidi"/>
          <w:b/>
          <w:bCs/>
          <w:color w:val="4F81BD" w:themeColor="accent1"/>
          <w:lang w:val="it-CH"/>
        </w:rPr>
      </w:pPr>
      <w:r>
        <w:rPr>
          <w:lang w:val="it-CH"/>
        </w:rPr>
        <w:br w:type="page"/>
      </w:r>
    </w:p>
    <w:p w14:paraId="54F17207" w14:textId="77777777" w:rsidR="007F64A4" w:rsidRDefault="007F64A4" w:rsidP="007F64A4">
      <w:pPr>
        <w:pStyle w:val="Titolo3"/>
        <w:rPr>
          <w:lang w:val="it-CH"/>
        </w:rPr>
      </w:pPr>
    </w:p>
    <w:p w14:paraId="31DCE72D" w14:textId="0DFF87B2" w:rsidR="007F64A4" w:rsidRPr="001E4E61" w:rsidRDefault="00A92E30" w:rsidP="007F64A4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lang w:val="it-CH"/>
        </w:rPr>
        <w:br/>
      </w:r>
      <w:r w:rsidR="007F64A4" w:rsidRPr="001E4E61">
        <w:rPr>
          <w:rFonts w:cstheme="majorHAnsi"/>
          <w:sz w:val="24"/>
          <w:szCs w:val="24"/>
          <w:lang w:val="it-CH"/>
        </w:rPr>
        <w:t xml:space="preserve">Giorno </w:t>
      </w:r>
      <w:r w:rsidR="00DB185D">
        <w:rPr>
          <w:rFonts w:cstheme="majorHAnsi"/>
          <w:sz w:val="24"/>
          <w:szCs w:val="24"/>
          <w:lang w:val="it-CH"/>
        </w:rPr>
        <w:t>4</w:t>
      </w:r>
      <w:r w:rsidR="007F64A4"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7F64A4" w:rsidRPr="007F64A4" w14:paraId="5ACFE2E0" w14:textId="77777777" w:rsidTr="006F3813">
        <w:tc>
          <w:tcPr>
            <w:tcW w:w="1728" w:type="dxa"/>
          </w:tcPr>
          <w:p w14:paraId="029D8A4F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70CFADD2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6A4C492D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0BA025E2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19D9FD1C" w14:textId="77777777" w:rsidR="007F64A4" w:rsidRPr="007F64A4" w:rsidRDefault="007F64A4" w:rsidP="006F3813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Note: come ti sei s</w:t>
            </w:r>
            <w:r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7F64A4" w:rsidRPr="001E4E61" w14:paraId="5972105D" w14:textId="77777777" w:rsidTr="006F3813">
        <w:tc>
          <w:tcPr>
            <w:tcW w:w="1728" w:type="dxa"/>
          </w:tcPr>
          <w:p w14:paraId="743FA50E" w14:textId="77777777" w:rsidR="007F64A4" w:rsidRPr="007F64A4" w:rsidRDefault="007F64A4" w:rsidP="006F3813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48AC09B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0AFC8BAB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586D3B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075275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6528C59D" w14:textId="77777777" w:rsidTr="006F3813">
        <w:tc>
          <w:tcPr>
            <w:tcW w:w="1728" w:type="dxa"/>
          </w:tcPr>
          <w:p w14:paraId="07EA93A2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D2E6B24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08D1344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CCE2B8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C67CCC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00FF03E9" w14:textId="77777777" w:rsidTr="006F3813">
        <w:tc>
          <w:tcPr>
            <w:tcW w:w="1728" w:type="dxa"/>
          </w:tcPr>
          <w:p w14:paraId="6831FCA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0B6DD6C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6259660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AAB122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FE50BB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4786156F" w14:textId="77777777" w:rsidTr="006F3813">
        <w:tc>
          <w:tcPr>
            <w:tcW w:w="1728" w:type="dxa"/>
          </w:tcPr>
          <w:p w14:paraId="5245BD5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87E69B5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04AA30A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0193FBA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3AE79D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571953AC" w14:textId="77777777" w:rsidTr="006F3813">
        <w:tc>
          <w:tcPr>
            <w:tcW w:w="1728" w:type="dxa"/>
          </w:tcPr>
          <w:p w14:paraId="7DF130B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8E6E42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3CCC6A64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91A423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F6B012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1A117924" w14:textId="77777777" w:rsidTr="006F3813">
        <w:tc>
          <w:tcPr>
            <w:tcW w:w="1728" w:type="dxa"/>
          </w:tcPr>
          <w:p w14:paraId="01ABC10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51917B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1EAE953B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A9FBE32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D503BC3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</w:tbl>
    <w:p w14:paraId="7176DF6A" w14:textId="45C7ACF5" w:rsidR="006A2414" w:rsidRDefault="007F64A4" w:rsidP="001E4E61">
      <w:r>
        <w:t xml:space="preserve"> </w:t>
      </w:r>
    </w:p>
    <w:p w14:paraId="6F86FFC1" w14:textId="2C5C87BA" w:rsidR="007F64A4" w:rsidRPr="001E4E61" w:rsidRDefault="007F64A4" w:rsidP="007F64A4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rFonts w:cstheme="majorHAnsi"/>
          <w:sz w:val="24"/>
          <w:szCs w:val="24"/>
          <w:lang w:val="it-CH"/>
        </w:rPr>
        <w:t xml:space="preserve">Giorno </w:t>
      </w:r>
      <w:r w:rsidR="00DB185D">
        <w:rPr>
          <w:rFonts w:cstheme="majorHAnsi"/>
          <w:sz w:val="24"/>
          <w:szCs w:val="24"/>
          <w:lang w:val="it-CH"/>
        </w:rPr>
        <w:t>5</w:t>
      </w:r>
      <w:r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7F64A4" w:rsidRPr="007F64A4" w14:paraId="2379BCB4" w14:textId="77777777" w:rsidTr="006F3813">
        <w:tc>
          <w:tcPr>
            <w:tcW w:w="1728" w:type="dxa"/>
          </w:tcPr>
          <w:p w14:paraId="290E80A2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2C698186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669AADC5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57095254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1BA852B5" w14:textId="77777777" w:rsidR="007F64A4" w:rsidRPr="007F64A4" w:rsidRDefault="007F64A4" w:rsidP="006F3813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Note: come ti sei s</w:t>
            </w:r>
            <w:r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7F64A4" w:rsidRPr="001E4E61" w14:paraId="142593E2" w14:textId="77777777" w:rsidTr="006F3813">
        <w:tc>
          <w:tcPr>
            <w:tcW w:w="1728" w:type="dxa"/>
          </w:tcPr>
          <w:p w14:paraId="1048FBCB" w14:textId="77777777" w:rsidR="007F64A4" w:rsidRPr="007F64A4" w:rsidRDefault="007F64A4" w:rsidP="006F3813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5AF0494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4F37FAEA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1A1BFD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5499D55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784876F6" w14:textId="77777777" w:rsidTr="006F3813">
        <w:tc>
          <w:tcPr>
            <w:tcW w:w="1728" w:type="dxa"/>
          </w:tcPr>
          <w:p w14:paraId="00A6FBF4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11C719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5B3F9A2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209DB1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F27E35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3CDE572F" w14:textId="77777777" w:rsidTr="006F3813">
        <w:tc>
          <w:tcPr>
            <w:tcW w:w="1728" w:type="dxa"/>
          </w:tcPr>
          <w:p w14:paraId="0F08A1B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930EE7A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4539A7F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FEDB34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D0390F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4DA8C3EA" w14:textId="77777777" w:rsidTr="006F3813">
        <w:tc>
          <w:tcPr>
            <w:tcW w:w="1728" w:type="dxa"/>
          </w:tcPr>
          <w:p w14:paraId="38C38A1B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095F41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53C1FEBB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45626B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8194CE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00A54153" w14:textId="77777777" w:rsidTr="006F3813">
        <w:tc>
          <w:tcPr>
            <w:tcW w:w="1728" w:type="dxa"/>
          </w:tcPr>
          <w:p w14:paraId="5E70BB1A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5C6BF25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549FBB1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ED95A9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37528A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09A53B30" w14:textId="77777777" w:rsidTr="006F3813">
        <w:tc>
          <w:tcPr>
            <w:tcW w:w="1728" w:type="dxa"/>
          </w:tcPr>
          <w:p w14:paraId="5EC7B88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EFF402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114C078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CCABD0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8C3C68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</w:tbl>
    <w:p w14:paraId="5CEC47B0" w14:textId="77777777" w:rsidR="007F64A4" w:rsidRDefault="007F64A4" w:rsidP="001E4E61"/>
    <w:p w14:paraId="41A81109" w14:textId="6138E71E" w:rsidR="007F64A4" w:rsidRPr="001E4E61" w:rsidRDefault="007F64A4" w:rsidP="007F64A4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rFonts w:cstheme="majorHAnsi"/>
          <w:sz w:val="24"/>
          <w:szCs w:val="24"/>
          <w:lang w:val="it-CH"/>
        </w:rPr>
        <w:t xml:space="preserve">Giorno </w:t>
      </w:r>
      <w:r w:rsidR="00DB185D">
        <w:rPr>
          <w:rFonts w:cstheme="majorHAnsi"/>
          <w:sz w:val="24"/>
          <w:szCs w:val="24"/>
          <w:lang w:val="it-CH"/>
        </w:rPr>
        <w:t>6</w:t>
      </w:r>
      <w:r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7F64A4" w:rsidRPr="007F64A4" w14:paraId="137C3352" w14:textId="77777777" w:rsidTr="006F3813">
        <w:tc>
          <w:tcPr>
            <w:tcW w:w="1728" w:type="dxa"/>
          </w:tcPr>
          <w:p w14:paraId="67A26175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5B81A184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171E20E5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79E09FCB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395F2E33" w14:textId="77777777" w:rsidR="007F64A4" w:rsidRPr="007F64A4" w:rsidRDefault="007F64A4" w:rsidP="006F3813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Note: come ti sei s</w:t>
            </w:r>
            <w:r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7F64A4" w:rsidRPr="001E4E61" w14:paraId="5F340343" w14:textId="77777777" w:rsidTr="006F3813">
        <w:tc>
          <w:tcPr>
            <w:tcW w:w="1728" w:type="dxa"/>
          </w:tcPr>
          <w:p w14:paraId="1EC98DA2" w14:textId="77777777" w:rsidR="007F64A4" w:rsidRPr="007F64A4" w:rsidRDefault="007F64A4" w:rsidP="006F3813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354B463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23D14E9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FC11A4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E19CF5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36A291B5" w14:textId="77777777" w:rsidTr="006F3813">
        <w:tc>
          <w:tcPr>
            <w:tcW w:w="1728" w:type="dxa"/>
          </w:tcPr>
          <w:p w14:paraId="696E063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CF0725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6F6087EA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54B214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E498C93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220D21BB" w14:textId="77777777" w:rsidTr="006F3813">
        <w:tc>
          <w:tcPr>
            <w:tcW w:w="1728" w:type="dxa"/>
          </w:tcPr>
          <w:p w14:paraId="15BCB05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2C59615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711B580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10BF6E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30CEDD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2CF11D5E" w14:textId="77777777" w:rsidTr="006F3813">
        <w:tc>
          <w:tcPr>
            <w:tcW w:w="1728" w:type="dxa"/>
          </w:tcPr>
          <w:p w14:paraId="6CD3C77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399255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753A11C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FC81E2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B3AE1B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3BFE614D" w14:textId="77777777" w:rsidTr="006F3813">
        <w:tc>
          <w:tcPr>
            <w:tcW w:w="1728" w:type="dxa"/>
          </w:tcPr>
          <w:p w14:paraId="39005F5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E573FC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5437DDE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E491B3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5A5280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16F5E492" w14:textId="77777777" w:rsidTr="006F3813">
        <w:tc>
          <w:tcPr>
            <w:tcW w:w="1728" w:type="dxa"/>
          </w:tcPr>
          <w:p w14:paraId="28E7940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5725935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5792A4E2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FCC4CF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BB26C6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</w:tbl>
    <w:p w14:paraId="78C89278" w14:textId="77777777" w:rsidR="007F64A4" w:rsidRDefault="007F64A4" w:rsidP="001E4E61"/>
    <w:p w14:paraId="69A8E7E1" w14:textId="37032136" w:rsidR="007F64A4" w:rsidRPr="001E4E61" w:rsidRDefault="007F64A4" w:rsidP="007F64A4">
      <w:pPr>
        <w:pStyle w:val="Titolo3"/>
        <w:rPr>
          <w:rFonts w:cstheme="majorHAnsi"/>
          <w:sz w:val="24"/>
          <w:szCs w:val="24"/>
          <w:lang w:val="it-CH"/>
        </w:rPr>
      </w:pPr>
      <w:r w:rsidRPr="001E4E61">
        <w:rPr>
          <w:rFonts w:cstheme="majorHAnsi"/>
          <w:sz w:val="24"/>
          <w:szCs w:val="24"/>
          <w:lang w:val="it-CH"/>
        </w:rPr>
        <w:t xml:space="preserve">Giorno </w:t>
      </w:r>
      <w:r w:rsidR="00DB185D">
        <w:rPr>
          <w:rFonts w:cstheme="majorHAnsi"/>
          <w:sz w:val="24"/>
          <w:szCs w:val="24"/>
          <w:lang w:val="it-CH"/>
        </w:rPr>
        <w:t>7</w:t>
      </w:r>
      <w:r w:rsidRPr="001E4E61">
        <w:rPr>
          <w:rFonts w:cstheme="majorHAnsi"/>
          <w:sz w:val="24"/>
          <w:szCs w:val="24"/>
          <w:lang w:val="it-CH"/>
        </w:rPr>
        <w:t>: data e giorno della settimana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7F64A4" w:rsidRPr="007F64A4" w14:paraId="0C372690" w14:textId="77777777" w:rsidTr="006F3813">
        <w:tc>
          <w:tcPr>
            <w:tcW w:w="1728" w:type="dxa"/>
          </w:tcPr>
          <w:p w14:paraId="0FD4A4D1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Orario</w:t>
            </w:r>
          </w:p>
        </w:tc>
        <w:tc>
          <w:tcPr>
            <w:tcW w:w="1728" w:type="dxa"/>
          </w:tcPr>
          <w:p w14:paraId="6BC3A5FD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Pasto</w:t>
            </w:r>
          </w:p>
        </w:tc>
        <w:tc>
          <w:tcPr>
            <w:tcW w:w="1728" w:type="dxa"/>
          </w:tcPr>
          <w:p w14:paraId="4BC3C05D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Cosa hai mangiato / bevuto</w:t>
            </w:r>
          </w:p>
        </w:tc>
        <w:tc>
          <w:tcPr>
            <w:tcW w:w="1728" w:type="dxa"/>
          </w:tcPr>
          <w:p w14:paraId="2FB78787" w14:textId="77777777" w:rsidR="007F64A4" w:rsidRPr="001E4E61" w:rsidRDefault="007F64A4" w:rsidP="006F3813">
            <w:pPr>
              <w:rPr>
                <w:rFonts w:asciiTheme="majorHAnsi" w:hAnsiTheme="majorHAnsi" w:cstheme="majorHAnsi"/>
                <w:b/>
                <w:bCs/>
              </w:rPr>
            </w:pPr>
            <w:r w:rsidRPr="001E4E61">
              <w:rPr>
                <w:rFonts w:asciiTheme="majorHAnsi" w:hAnsiTheme="majorHAnsi" w:cstheme="majorHAnsi"/>
                <w:b/>
                <w:bCs/>
              </w:rPr>
              <w:t>Quantità</w:t>
            </w:r>
          </w:p>
        </w:tc>
        <w:tc>
          <w:tcPr>
            <w:tcW w:w="1728" w:type="dxa"/>
          </w:tcPr>
          <w:p w14:paraId="2ED7146B" w14:textId="77777777" w:rsidR="007F64A4" w:rsidRPr="007F64A4" w:rsidRDefault="007F64A4" w:rsidP="006F3813">
            <w:pPr>
              <w:rPr>
                <w:rFonts w:asciiTheme="majorHAnsi" w:hAnsiTheme="majorHAnsi" w:cstheme="majorHAnsi"/>
                <w:b/>
                <w:bCs/>
                <w:lang w:val="it-CH"/>
              </w:rPr>
            </w:pPr>
            <w:r w:rsidRPr="007F64A4">
              <w:rPr>
                <w:rFonts w:asciiTheme="majorHAnsi" w:hAnsiTheme="majorHAnsi" w:cstheme="majorHAnsi"/>
                <w:b/>
                <w:bCs/>
                <w:lang w:val="it-CH"/>
              </w:rPr>
              <w:t>Note: come ti sei s</w:t>
            </w:r>
            <w:r>
              <w:rPr>
                <w:rFonts w:asciiTheme="majorHAnsi" w:hAnsiTheme="majorHAnsi" w:cstheme="majorHAnsi"/>
                <w:b/>
                <w:bCs/>
                <w:lang w:val="it-CH"/>
              </w:rPr>
              <w:t>entito</w:t>
            </w:r>
          </w:p>
        </w:tc>
      </w:tr>
      <w:tr w:rsidR="007F64A4" w:rsidRPr="001E4E61" w14:paraId="5B0E2FB5" w14:textId="77777777" w:rsidTr="006F3813">
        <w:tc>
          <w:tcPr>
            <w:tcW w:w="1728" w:type="dxa"/>
          </w:tcPr>
          <w:p w14:paraId="3ACF260C" w14:textId="77777777" w:rsidR="007F64A4" w:rsidRPr="007F64A4" w:rsidRDefault="007F64A4" w:rsidP="006F3813">
            <w:pPr>
              <w:rPr>
                <w:rFonts w:asciiTheme="majorHAnsi" w:hAnsiTheme="majorHAnsi" w:cstheme="majorHAnsi"/>
                <w:lang w:val="it-CH"/>
              </w:rPr>
            </w:pPr>
          </w:p>
        </w:tc>
        <w:tc>
          <w:tcPr>
            <w:tcW w:w="1728" w:type="dxa"/>
          </w:tcPr>
          <w:p w14:paraId="37F37BF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Colazione</w:t>
            </w:r>
          </w:p>
        </w:tc>
        <w:tc>
          <w:tcPr>
            <w:tcW w:w="1728" w:type="dxa"/>
          </w:tcPr>
          <w:p w14:paraId="12E88CC1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E6C748B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21BFEDB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46EE8565" w14:textId="77777777" w:rsidTr="006F3813">
        <w:tc>
          <w:tcPr>
            <w:tcW w:w="1728" w:type="dxa"/>
          </w:tcPr>
          <w:p w14:paraId="4A492A7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3EFE14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54A2B29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0AA3B7A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DB86B0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0C359D5E" w14:textId="77777777" w:rsidTr="006F3813">
        <w:tc>
          <w:tcPr>
            <w:tcW w:w="1728" w:type="dxa"/>
          </w:tcPr>
          <w:p w14:paraId="47804C3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FF8DE4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Pranzo</w:t>
            </w:r>
          </w:p>
        </w:tc>
        <w:tc>
          <w:tcPr>
            <w:tcW w:w="1728" w:type="dxa"/>
          </w:tcPr>
          <w:p w14:paraId="297527A3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E7E4EC4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EA071AC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41BF8474" w14:textId="77777777" w:rsidTr="006F3813">
        <w:tc>
          <w:tcPr>
            <w:tcW w:w="1728" w:type="dxa"/>
          </w:tcPr>
          <w:p w14:paraId="7FE2D65E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C46CF55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Spuntino</w:t>
            </w:r>
          </w:p>
        </w:tc>
        <w:tc>
          <w:tcPr>
            <w:tcW w:w="1728" w:type="dxa"/>
          </w:tcPr>
          <w:p w14:paraId="038CBB09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48F002DD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3AAAB3C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6F2090C8" w14:textId="77777777" w:rsidTr="006F3813">
        <w:tc>
          <w:tcPr>
            <w:tcW w:w="1728" w:type="dxa"/>
          </w:tcPr>
          <w:p w14:paraId="6B49219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F9A9AAF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Cena</w:t>
            </w:r>
          </w:p>
        </w:tc>
        <w:tc>
          <w:tcPr>
            <w:tcW w:w="1728" w:type="dxa"/>
          </w:tcPr>
          <w:p w14:paraId="192D1D1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72C1DC63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230A46C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  <w:tr w:rsidR="007F64A4" w:rsidRPr="001E4E61" w14:paraId="78776481" w14:textId="77777777" w:rsidTr="006F3813">
        <w:tc>
          <w:tcPr>
            <w:tcW w:w="1728" w:type="dxa"/>
          </w:tcPr>
          <w:p w14:paraId="4F5F48C8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157811E0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  <w:r w:rsidRPr="001E4E61">
              <w:rPr>
                <w:rFonts w:asciiTheme="majorHAnsi" w:hAnsiTheme="majorHAnsi" w:cstheme="majorHAnsi"/>
              </w:rPr>
              <w:t>Extra</w:t>
            </w:r>
          </w:p>
        </w:tc>
        <w:tc>
          <w:tcPr>
            <w:tcW w:w="1728" w:type="dxa"/>
          </w:tcPr>
          <w:p w14:paraId="3A528376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0A8A0B7B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28" w:type="dxa"/>
          </w:tcPr>
          <w:p w14:paraId="6CE71757" w14:textId="77777777" w:rsidR="007F64A4" w:rsidRPr="001E4E61" w:rsidRDefault="007F64A4" w:rsidP="006F3813">
            <w:pPr>
              <w:rPr>
                <w:rFonts w:asciiTheme="majorHAnsi" w:hAnsiTheme="majorHAnsi" w:cstheme="majorHAnsi"/>
              </w:rPr>
            </w:pPr>
          </w:p>
        </w:tc>
      </w:tr>
    </w:tbl>
    <w:p w14:paraId="44180C9E" w14:textId="77777777" w:rsidR="007F64A4" w:rsidRDefault="007F64A4" w:rsidP="001E4E61"/>
    <w:sectPr w:rsidR="007F64A4" w:rsidSect="00A206B3">
      <w:headerReference w:type="default" r:id="rId8"/>
      <w:pgSz w:w="12240" w:h="15840"/>
      <w:pgMar w:top="1440" w:right="1800" w:bottom="1440" w:left="1800" w:header="5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046C" w14:textId="77777777" w:rsidR="00CA1B6C" w:rsidRDefault="00CA1B6C" w:rsidP="001E4E61">
      <w:pPr>
        <w:spacing w:after="0" w:line="240" w:lineRule="auto"/>
      </w:pPr>
      <w:r>
        <w:separator/>
      </w:r>
    </w:p>
  </w:endnote>
  <w:endnote w:type="continuationSeparator" w:id="0">
    <w:p w14:paraId="71800D4F" w14:textId="77777777" w:rsidR="00CA1B6C" w:rsidRDefault="00CA1B6C" w:rsidP="001E4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3A30" w14:textId="77777777" w:rsidR="00CA1B6C" w:rsidRDefault="00CA1B6C" w:rsidP="001E4E61">
      <w:pPr>
        <w:spacing w:after="0" w:line="240" w:lineRule="auto"/>
      </w:pPr>
      <w:r>
        <w:separator/>
      </w:r>
    </w:p>
  </w:footnote>
  <w:footnote w:type="continuationSeparator" w:id="0">
    <w:p w14:paraId="633F40D9" w14:textId="77777777" w:rsidR="00CA1B6C" w:rsidRDefault="00CA1B6C" w:rsidP="001E4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2AAE9" w14:textId="67008553" w:rsidR="001E4E61" w:rsidRDefault="006C1C00">
    <w:pPr>
      <w:pStyle w:val="Intestazione"/>
    </w:pPr>
    <w:r>
      <w:rPr>
        <w:noProof/>
      </w:rPr>
      <w:drawing>
        <wp:inline distT="0" distB="0" distL="0" distR="0" wp14:anchorId="1A07A4F6" wp14:editId="6E24345E">
          <wp:extent cx="2000250" cy="470466"/>
          <wp:effectExtent l="0" t="0" r="0" b="6350"/>
          <wp:docPr id="178011110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111101" name="Immagine 178011110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12999" cy="473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4BDACD" w14:textId="77777777" w:rsidR="001E4E61" w:rsidRDefault="001E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63276950">
    <w:abstractNumId w:val="8"/>
  </w:num>
  <w:num w:numId="2" w16cid:durableId="1015154341">
    <w:abstractNumId w:val="6"/>
  </w:num>
  <w:num w:numId="3" w16cid:durableId="772286230">
    <w:abstractNumId w:val="5"/>
  </w:num>
  <w:num w:numId="4" w16cid:durableId="80949873">
    <w:abstractNumId w:val="4"/>
  </w:num>
  <w:num w:numId="5" w16cid:durableId="1530146260">
    <w:abstractNumId w:val="7"/>
  </w:num>
  <w:num w:numId="6" w16cid:durableId="1919054421">
    <w:abstractNumId w:val="3"/>
  </w:num>
  <w:num w:numId="7" w16cid:durableId="746803533">
    <w:abstractNumId w:val="2"/>
  </w:num>
  <w:num w:numId="8" w16cid:durableId="1992560360">
    <w:abstractNumId w:val="1"/>
  </w:num>
  <w:num w:numId="9" w16cid:durableId="1665548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72177"/>
    <w:rsid w:val="001E4E61"/>
    <w:rsid w:val="0029639D"/>
    <w:rsid w:val="00326F90"/>
    <w:rsid w:val="00546857"/>
    <w:rsid w:val="005B055A"/>
    <w:rsid w:val="006A2414"/>
    <w:rsid w:val="006C1C00"/>
    <w:rsid w:val="007F64A4"/>
    <w:rsid w:val="00A206B3"/>
    <w:rsid w:val="00A84CC9"/>
    <w:rsid w:val="00A92E30"/>
    <w:rsid w:val="00AA1D8D"/>
    <w:rsid w:val="00B47730"/>
    <w:rsid w:val="00CA1B6C"/>
    <w:rsid w:val="00CB0664"/>
    <w:rsid w:val="00DB185D"/>
    <w:rsid w:val="00E142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9A0DC0F"/>
  <w14:defaultImageDpi w14:val="300"/>
  <w15:docId w15:val="{D0420134-2919-4DC9-8F5F-3A72F267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Barbara Marongiu</cp:lastModifiedBy>
  <cp:revision>4</cp:revision>
  <dcterms:created xsi:type="dcterms:W3CDTF">2026-04-10T13:42:00Z</dcterms:created>
  <dcterms:modified xsi:type="dcterms:W3CDTF">2026-04-10T13:44:00Z</dcterms:modified>
  <cp:category/>
</cp:coreProperties>
</file>